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ptos Display" w:hAnsi="Aptos Display"/>
          <w:b/>
          <w:color w:val="1F4E79"/>
          <w:sz w:val="44"/>
        </w:rPr>
        <w:t>ОБЩЕЖИТИЕ</w:t>
      </w:r>
    </w:p>
    <w:p>
      <w:pPr>
        <w:spacing w:after="280"/>
        <w:jc w:val="center"/>
      </w:pPr>
      <w:r>
        <w:rPr>
          <w:i/>
          <w:color w:val="646464"/>
          <w:sz w:val="20"/>
        </w:rPr>
        <w:t>Совсем скоро будет срок для заселения в общежитие. Проверьте, что у вас всё готово: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624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jc w:val="center"/>
            </w:pPr>
            <w:r>
              <w:rPr>
                <w:rFonts w:ascii="DejaVu Sans" w:hAnsi="DejaVu Sans"/>
                <w:color w:val="1F4E79"/>
                <w:sz w:val="36"/>
              </w:rPr>
              <w:t>☐</w:t>
            </w:r>
          </w:p>
        </w:tc>
        <w:tc>
          <w:tcPr>
            <w:tcW w:type="dxa" w:w="8957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r>
              <w:rPr>
                <w:b/>
                <w:color w:val="232323"/>
                <w:sz w:val="23"/>
              </w:rPr>
              <w:t>1. Паспорт</w:t>
            </w:r>
          </w:p>
        </w:tc>
      </w:tr>
      <w:tr>
        <w:tc>
          <w:tcPr>
            <w:tcW w:type="dxa" w:w="624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jc w:val="center"/>
            </w:pPr>
            <w:r>
              <w:rPr>
                <w:rFonts w:ascii="DejaVu Sans" w:hAnsi="DejaVu Sans"/>
                <w:color w:val="1F4E79"/>
                <w:sz w:val="36"/>
              </w:rPr>
              <w:t>☐</w:t>
            </w:r>
          </w:p>
        </w:tc>
        <w:tc>
          <w:tcPr>
            <w:tcW w:type="dxa" w:w="8957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r>
              <w:rPr>
                <w:b/>
                <w:color w:val="232323"/>
                <w:sz w:val="23"/>
              </w:rPr>
              <w:t>2. Фотография 3×4 матовая</w:t>
            </w:r>
          </w:p>
        </w:tc>
      </w:tr>
      <w:tr>
        <w:tc>
          <w:tcPr>
            <w:tcW w:type="dxa" w:w="624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jc w:val="center"/>
            </w:pPr>
            <w:r>
              <w:rPr>
                <w:rFonts w:ascii="DejaVu Sans" w:hAnsi="DejaVu Sans"/>
                <w:color w:val="1F4E79"/>
                <w:sz w:val="36"/>
              </w:rPr>
              <w:t>☐</w:t>
            </w:r>
          </w:p>
        </w:tc>
        <w:tc>
          <w:tcPr>
            <w:tcW w:type="dxa" w:w="8957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r>
              <w:rPr>
                <w:b/>
                <w:color w:val="232323"/>
                <w:sz w:val="23"/>
              </w:rPr>
              <w:t>3. 2 копии паспорта с личными данными и местом регистрации</w:t>
            </w:r>
          </w:p>
          <w:p>
            <w:pPr>
              <w:spacing w:before="20"/>
            </w:pPr>
            <w:r>
              <w:rPr>
                <w:color w:val="5F5F5F"/>
                <w:sz w:val="19"/>
              </w:rPr>
              <w:t>на одной странице А4</w:t>
            </w:r>
          </w:p>
        </w:tc>
      </w:tr>
      <w:tr>
        <w:tc>
          <w:tcPr>
            <w:tcW w:type="dxa" w:w="624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jc w:val="center"/>
            </w:pPr>
            <w:r>
              <w:rPr>
                <w:rFonts w:ascii="DejaVu Sans" w:hAnsi="DejaVu Sans"/>
                <w:color w:val="1F4E79"/>
                <w:sz w:val="36"/>
              </w:rPr>
              <w:t>☐</w:t>
            </w:r>
          </w:p>
        </w:tc>
        <w:tc>
          <w:tcPr>
            <w:tcW w:type="dxa" w:w="8957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r>
              <w:rPr>
                <w:b/>
                <w:color w:val="232323"/>
                <w:sz w:val="23"/>
              </w:rPr>
              <w:t>4. Военный билет</w:t>
            </w:r>
          </w:p>
        </w:tc>
      </w:tr>
      <w:tr>
        <w:tc>
          <w:tcPr>
            <w:tcW w:type="dxa" w:w="624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jc w:val="center"/>
            </w:pPr>
            <w:r>
              <w:rPr>
                <w:rFonts w:ascii="DejaVu Sans" w:hAnsi="DejaVu Sans"/>
                <w:color w:val="1F4E79"/>
                <w:sz w:val="36"/>
              </w:rPr>
              <w:t>☐</w:t>
            </w:r>
          </w:p>
        </w:tc>
        <w:tc>
          <w:tcPr>
            <w:tcW w:type="dxa" w:w="8957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r>
              <w:rPr>
                <w:b/>
                <w:color w:val="232323"/>
                <w:sz w:val="23"/>
              </w:rPr>
              <w:t>5. Документы с факультета</w:t>
            </w:r>
          </w:p>
          <w:p>
            <w:pPr>
              <w:spacing w:before="40" w:after="20"/>
              <w:ind w:left="142"/>
            </w:pPr>
            <w:r>
              <w:rPr>
                <w:rFonts w:ascii="DejaVu Sans" w:hAnsi="DejaVu Sans"/>
                <w:color w:val="1F4E79"/>
                <w:sz w:val="26"/>
              </w:rPr>
              <w:t xml:space="preserve">☐  </w:t>
            </w:r>
            <w:r>
              <w:rPr>
                <w:color w:val="414141"/>
                <w:sz w:val="20"/>
              </w:rPr>
              <w:t>Ордер на поступление</w:t>
            </w:r>
          </w:p>
          <w:p>
            <w:pPr>
              <w:spacing w:before="40" w:after="20"/>
              <w:ind w:left="142"/>
            </w:pPr>
            <w:r>
              <w:rPr>
                <w:rFonts w:ascii="DejaVu Sans" w:hAnsi="DejaVu Sans"/>
                <w:color w:val="1F4E79"/>
                <w:sz w:val="26"/>
              </w:rPr>
              <w:t xml:space="preserve">☐  </w:t>
            </w:r>
            <w:r>
              <w:rPr>
                <w:color w:val="414141"/>
                <w:sz w:val="20"/>
              </w:rPr>
              <w:t>Ходатайство о регистрации</w:t>
            </w:r>
          </w:p>
          <w:p>
            <w:pPr>
              <w:spacing w:before="40" w:after="20"/>
              <w:ind w:left="142"/>
            </w:pPr>
            <w:r>
              <w:rPr>
                <w:rFonts w:ascii="DejaVu Sans" w:hAnsi="DejaVu Sans"/>
                <w:color w:val="1F4E79"/>
                <w:sz w:val="26"/>
              </w:rPr>
              <w:t xml:space="preserve">☐  </w:t>
            </w:r>
            <w:r>
              <w:rPr>
                <w:color w:val="414141"/>
                <w:sz w:val="20"/>
              </w:rPr>
              <w:t>2 выписки из приказа о зачислении</w:t>
            </w:r>
          </w:p>
          <w:p>
            <w:pPr>
              <w:spacing w:before="40" w:after="20"/>
              <w:ind w:left="142"/>
            </w:pPr>
            <w:r>
              <w:rPr>
                <w:rFonts w:ascii="DejaVu Sans" w:hAnsi="DejaVu Sans"/>
                <w:color w:val="1F4E79"/>
                <w:sz w:val="26"/>
              </w:rPr>
              <w:t xml:space="preserve">☐  </w:t>
            </w:r>
            <w:r>
              <w:rPr>
                <w:color w:val="414141"/>
                <w:sz w:val="20"/>
              </w:rPr>
              <w:t>2 справки о статусе студента</w:t>
            </w:r>
          </w:p>
        </w:tc>
      </w:tr>
    </w:tbl>
    <w:p>
      <w:pPr>
        <w:spacing w:before="240"/>
        <w:jc w:val="center"/>
      </w:pPr>
      <w:r>
        <w:rPr>
          <w:color w:val="787878"/>
          <w:sz w:val="18"/>
        </w:rPr>
        <w:t>Все документы собраны? Поставьте галочки — и комплект готов.</w:t>
      </w:r>
    </w:p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